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חוסן רגשי וזיהוי מצוקה בקרב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נאמנות אמיתית בין חברים ומתי שיתוף מבוגר/ת הוא הדרך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מצטברים של מצוקה רגשית אצל 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הצעדים הנכונים כשחושדים שלחבר/ה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נאמנות היא מחויבות לטובת האחר, גם כשזה מחייב לשתף מבוגר/ת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לפנות בפרטיות ובעדינות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שהמצוקה לרוב שקטה ומצטברת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תמונה מצטברת של כמה סימנים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סימן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(מעבר ממצחקן לשקט, ירידה בהשקעה בלימודים)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(היעדרות ממפגשים וישיבה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(עייפות ואדישות הנמשכות ימים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מה עושים כשחבר/ה קשה 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לתמונה המצטברת של כמה סימנים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פנו בפרטיות ובעדינות, בלי קהל ובלי חקירה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לתקן ושקפו את הרגש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 תשמרו סוד מדאיג בשתיקה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סוד מדאיג מבודד ומסכן; סוד פרטי מגן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לפנות בפרטיות ובעדינות, להקשיב ולגשר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נאמנות היא דאגה לטובת החבר/ה, לא שתיקה שמסכנת אותו/ה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בתחילת השיעור שהשיתוף תמיד רשות וניתן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לקיים דיון קצר על ההבדל בין פרטיות לבדידות מסוכנת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בהזכרת גורמי התמיכה הזמינים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נאמנות, חוסן רגשי וזיהוי מצוקה בקרב חברים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בשאלה מה זו נאמנות אמיתית בין חברים, ומה עושים כשחבר/ה מבקש/ת לשמור סוד שמעיד על מצוקה.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שתיקה  ·  מטפל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התזה המרכזית של הטקסט לגבי המושג נאמנות?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נאמנות היא שמירת 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נאמנות היא מחויבות לטובת האחר, גם כשזה מחייב לשתף מבוגר/ת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נאמנות קיימת רק בין חברים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הצעד הראשון המומלץ כשמבחינים בסימני מצוקה אצל חבר/ה?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לפנות בפרטיות ובעדינות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לכל 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מצוקה רגשית אצל בני נוער נראית תמיד דרמטית וגלויה.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יחיד וחולף אינו בהכרח עדות למצוקה.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נאמנות איננה __________; היא מחויבות לטובתו של האחר.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חבר/ה הוא לא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סימן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שינוי בהתנהגות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היעדרות ממפגשים וישיבה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הסתגרות ובידוד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עייפות ואדישות הנמשכות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עצב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מעבר ממצחקן לשקט, ירידה בהשקעה בלימודים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נכון: מה עושים כשחבר/ה קשה 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הקשיבו בלי לתקן ושקפו את הרגש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 לב לתמונה המצטברת של כמה סימנים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 תשמרו סוד מדאיג בשתיקה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פנו בפרטיות ובעדינות, בלי קהל ובלי חקירה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סוד פרטי לסוד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התגובה הנכונה כשחושדים שלחבר/ה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נאמנות, חוסן רגשי וזיהוי מצוקה בקרב חברים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