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חוסן רגשי וזיהוי מצוקה בקרב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נאמנות אמיתית בין חברים ומתי שיתוף מבוגר/ת הוא הדרך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מצטברים של מצוקה רגשית אצל 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הצעדים הנכונים כשחושדים שלחבר/ה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נאמנות היא מחויבות לטובת האחר, גם כשזה מחייב לשתף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לפנות בפרטיות ובעדינות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לשים לב, לשאול, להקשיב ולגשר למבוגר/ת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כשהוא מבודד את מי שסוחב/ת אותו ומעיד על 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ליועצת או לנאמני החוסן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שהמצוקה לרוב שקטה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תמונה מצטברת של כמה סימנים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ממליצים לפנות בפרטיות, לא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שמותר למי שתומך להרגיש כבד ולדבר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המשפט רק פותח דלת, הוא לא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לגשר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סימן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(מעבר ממצחקן לשקט, ירידה בהשקעה בלימודים)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(היעדרות ממפגשים וישיבה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(נטישת תחביב או חוג שהיה חלק מהזהות)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(עייפות ואדישות הנמשכות ימים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(סטוריז על בדידות וציטוטים עצובים חוזרים)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מה עושים כשחבר/ה קשה 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לתמונה המצטברת של כמה סימנים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פנו בפרטיות ובעדינות, בלי קהל ובלי חקירה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לתקן ושקפו את הרגש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 תשמרו סוד מדאיג בשתיקה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גשרו אל מבוגר/ת שיכול/ה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למושג נאמנות כמחויבות לטובת האחר, דוגמה מתאימה שאינה אישית, הצגת טיעון נגדי (למשל פגיעה באמון) והפרכה מבוססת על הטקסט, שפה ברורה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סוד מדאיג מבודד ומסכן; סוד פרטי מגן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בפרטיות ובעדינות, להקשיב ולגשר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נאמנות היא דאגה לטובת החבר/ה, לא שתיקה שמסכנת אותו/ה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בתחילת השיעור שהשיתוף תמיד רשות וניתן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לקיים דיון קצר על ההבדל בין פרטיות לבדידות מסוכנת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בהזכרת גורמי התמיכה הזמינים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חוסן רגשי וזיהוי מצוקה בקרב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טקסט על חברות וסודות. לומדים מה עושים כשחבר כותב שקשה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מחויבות לטובתו האמיתית של החבר, לא רק שמירת סוד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מצוקה רגשית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קושי נפשי שיכול להיות שקט ולא נראה לעין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הסתגרות והתרחקות מחברים ומפעילויות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שיקוף רגשי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לחבר במילים מה אתם מבינים שהוא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החבר/ה למבוגר/ת שיכול/ה לעזור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נאמן/ת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בוגר/ה או תלמיד/ה שאפשר לפנות אליהם לעזרה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בלי לתקן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מבלי למהר לייעץ או לשפוט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 הטקסט על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נאמנות היא שמירת 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נאמנות היא מחויבות לטובת האחר, גם כשזה מחייב לשתף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נאמנות קיימת רק בין חברים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נאמנות היא להסכים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כשרואים שלחבר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לפנות בפרטיות ובעדינות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ולחכות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לכל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לחקור בפומבי מה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תפקידו של חבר כשלחבר שלו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את המשבר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לב, לשאול, להקשיב ולגשר למבוגר/ת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להתרחק כדי לא להכביד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את הסוד בשתיקה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סוד הוא בעייתי?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נוגע למישהו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מבודד את מי שסוחב/ת אותו ומעיד על מצוקה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נשמר יותר משבוע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מסופר למישהו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פונים כשצריך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 או לנאמני החוסן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לחברים הכי קרובים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למי לפנות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מצוקה רגשית אצל בני נוער נראית תמיד דרמטית וגלויה.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יחיד וחולף אינו בהכרח עדות למצוקה.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לברר מה קרה דרך הקבוצה הכיתתית.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מי שתומך/ת בחבר/ה זכאי/ת לתמיכה בעצמו/ה.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'אני פה' אמור לפתור את הבעיה של החבר/ה.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נאמנות איננה __________; היא מחויבות לטובתו של האחר.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חבר/ה הוא לא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פותח מומלץ: 'שמתי לב ש... אני __________ אם תרצה/י'.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כשכמה סימנים מופיעים יחד ולאורך __________, זה הרגע לשים 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התפקיד שלנו הוא לשים לב, לשאול, להקשיב ו__________ אל מבוגר/ת.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סימן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שינוי בהתנהגות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עייפות ואדישות הנמשכות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הסתגרות ובידוד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נטישת תחביב או חוג שהיה חלק מהזהות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ויתור על מה שאהבו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היעדרות ממפגשים וישיבה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עצב מתמשך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סטוריז על בדידות וציטוטים עצובים חוזרים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תכנים עצובים ברשתות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מעבר ממצחקן לשקט, ירידה בהשקעה בלימודים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נכון: מה עושים כשחבר/ה קשה 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פנו בפרטיות ובעדינות, בלי קהל ובלי חקירה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גשרו אל מבוגר/ת שיכול/ה לעזור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תשמרו סוד מדאיג בשתיקה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בלי לתקן ושקפו את הרגש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לתמונה המצטברת של כמה סימנים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מאמר דעה קצר (10-12 שורות): 'נאמנות בין חברים - האם יש סודות שאסור לשמור?'. הציגו עמדה מנומקת, דוגמה דמיונית (לא אישית), טיעון נגדי והפרכה.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סוד פרטי לסוד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התגובה הנכונה כשחושדים שלחבר/ה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שיתוף מבוגר/ת אינו נחשב לבגידה?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נאמנות, חוסן רגשי וזיהוי מצוקה בקרב חברים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