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מנווטים נכון: חוסן, בטיחות וקבלת החלטות בנובמבר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נאמנות, חוסן רגשי וזיהוי מצוקה בקרב חברים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מהי נאמנות אמיתית בין חברים ומתי שיתוף מבוגר/ת הוא הדרך הנכונה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סימנים מצטברים של מצוקה רגשית אצל חבר/ה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לדעת מהם הצעדים הנכונים כשחושדים שלחבר/ה קשה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נאמנות היא מחויבות לטובת האחר, גם כשזה מחייב לשתף מבוגר/ת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לפנות בפרטיות ובעדינות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לשים לב, לשאול, להקשיב ולגשר למבוגר/ת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כשהוא מבודד את מי שסוחב/ת אותו ומעיד על מצוקה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ליועצת או לנאמני החוסן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הטקסט מדגיש שהמצוקה לרוב שקטה ומצטברת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צריך תמונה מצטברת של כמה סימנים לאורך זמן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ממליצים לפנות בפרטיות, לא בקבוצה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הטקסט מציין שמותר למי שתומך להרגיש כבד ולדבר על זה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המשפט רק פותח דלת, הוא לא פתרון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שתיקה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מטפל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זמן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לגשר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התאמה: סימן ומשמעותו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(מעבר ממצחקן לשקט, ירידה בהשקעה בלימודים)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(היעדרות ממפגשים וישיבה לבד)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(נטישת תחביב או חוג שהיה חלק מהזהות)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(עייפות ואדישות הנמשכות ימים רבים)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(סטוריז על בדידות וציטוטים עצובים חוזרים)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נכון: מה עושים כשחבר/ה קשה לו/ה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שימו לב לתמונה המצטברת של כמה סימנים יחד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פנו בפרטיות ובעדינות, בלי קהל ובלי חקירה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הקשיבו בלי לתקן ושקפו את הרגש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אל תשמרו סוד מדאיג בשתיקה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גשרו אל מבוגר/ת שיכול/ה לעזור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התייחסות למושג נאמנות כמחויבות לטובת האחר, דוגמה מתאימה שאינה אישית, הצגת טיעון נגדי (למשל פגיעה באמון) והפרכה מבוססת על הטקסט, שפה ברורה ומכבדת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סוד מדאיג מבודד ומסכן; סוד פרטי מגן על פרטיות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לפנות בפרטיות ובעדינות, להקשיב ולגשר למבוגר/ת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כי נאמנות היא דאגה לטובת החבר/ה, לא שתיקה שמסכנת אותו/ה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להזכיר בתחילת השיעור שהשיתוף תמיד רשות וניתן לדלג על שאלות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לקיים דיון קצר על ההבדל בין פרטיות לבדידות מסוכנת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לסיים בהזכרת גורמי התמיכה הזמינים בבית הספר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מנווטים נכון: חוסן, בטיחות וקבלת החלטות בנובמבר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נאמנות, חוסן רגשי וזיהוי מצוקה בקרב חברים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הטקסט עוסק בשאלה מה זו נאמנות אמיתית בין חברים, ומה עושים כשחבר/ה מבקש/ת לשמור סוד שמעיד על מצוקה.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הנקרא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מהי התזה המרכזית של הטקסט לגבי המושג נאמנות?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נאמנות היא שמירת סוד בכל מחיר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נאמנות היא מחויבות לטובת האחר, גם כשזה מחייב לשתף מבוגר/ת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נאמנות קיימת רק בין חברים ותיקים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נאמנות היא להסכים תמיד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הצעד הראשון המומלץ כשמבחינים בסימני מצוקה אצל חבר/ה?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לפנות בפרטיות ובעדינות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להתעלם ולחכות שיעבור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לספר לכל הקבוצה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לחקור בפומבי מה קרה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מהו התפקיד הנכון של חבר/ה כלפי מי שקשה לו/ה, לפי הטקסט?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לפתור את המשבר 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לשים לב, לשאול, להקשיב ולגשר למבוגר/ת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להתרחק כדי לא להכביד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לשמור את הסוד בשתיקה מוחלטת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לפי הטקסט, מתי סוד הופך ל'מדאיג' ולא ל'פרטי'?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כשהוא נוגע למישהו אחר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כשהוא מבודד את מי שסוחב/ת אותו ומעיד על מצוקה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כשהוא נשמר יותר משבוע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כשהוא מסופר למישהו נוסף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למי אפשר לפנות בבית הספר כשדואגים לחבר/ה או לעצמכם?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להורים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ליועצת או לנאמני החוסן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לחברים הכי קרובים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למי לפנות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לפי הטקסט, מצוקה רגשית אצל בני נוער נראית תמיד דרמטית וגלויה.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סימן יחיד וחולף אינו בהכרח עדות למצוקה.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הטקסט ממליץ לברר מה קרה דרך הקבוצה הכיתתית.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גם מי שתומך/ת בחבר/ה זכאי/ת לתמיכה בעצמו/ה.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המשפט 'אני פה' אמור לפתור את הבעיה של החבר/ה.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נאמנות איננה __________; היא מחויבות לטובתו של האחר.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חבר/ה הוא לא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משפט פותח מומלץ: 'שמתי לב ש... אני __________ אם תרצה/י'.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כשכמה סימנים מופיעים יחד ולאורך __________, זה הרגע לשים לב.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התפקיד שלנו הוא לשים לב, לשאול, להקשיב ו__________ אל מבוגר/ת.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התאמה: סימן ומשמעותו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שינוי בהתנהגות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נטישת תחביב או חוג שהיה חלק מהזהות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הסתגרות ובידוד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סטוריז על בדידות וציטוטים עצובים חוזרים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ויתור על מה שאהבו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עייפות ואדישות הנמשכות ימים רבים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עצב מתמשך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היעדרות ממפגשים וישיבה לבד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תכנים עצובים ברשתות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מעבר ממצחקן לשקט, ירידה בהשקעה בלימודים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נכון: מה עושים כשחבר/ה קשה לו/ה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פנו בפרטיות ובעדינות, בלי קהל ובלי חקירה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שימו לב לתמונה המצטברת של כמה סימנים יחד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אל תשמרו סוד מדאיג בשתיקה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גשרו אל מבוגר/ת שיכול/ה לעזור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הקשיבו בלי לתקן ושקפו את הרגש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מאמר דעה קצר (10-12 שורות): 'נאמנות בין חברים - האם יש סודות שאסור לשמור?'. הציגו עמדה מנומקת, דוגמה דמיונית (לא אישית), טיעון נגדי והפרכה.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ההבדל בין סוד פרטי לסוד מדאיג?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התגובה הנכונה כשחושדים שלחבר/ה קשה?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מדוע שיתוף מבוגר/ת אינו נחשב לבגידה?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נאמנות, חוסן רגשי וזיהוי מצוקה בקרב חברים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